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83F88" w14:textId="77777777" w:rsidR="008F4052" w:rsidRDefault="00000000">
      <w:r>
        <w:rPr>
          <w:noProof/>
        </w:rPr>
        <w:drawing>
          <wp:inline distT="0" distB="0" distL="0" distR="0" wp14:anchorId="54798AD1" wp14:editId="55CF5F5F">
            <wp:extent cx="9972040" cy="705600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65f1439-bcf6-4514-94ce-d7f23d1de37b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972040" cy="7056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39B509" w14:textId="5E9DBA0A" w:rsidR="008F4052" w:rsidRDefault="00000000">
      <w:r>
        <w:rPr>
          <w:noProof/>
        </w:rPr>
        <w:lastRenderedPageBreak/>
        <w:drawing>
          <wp:inline distT="0" distB="0" distL="0" distR="0" wp14:anchorId="0F8AAB7D" wp14:editId="55E18412">
            <wp:extent cx="9972040" cy="7056004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d3c40ba-35e7-421e-9dee-00a629088589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972040" cy="7056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  <w:r>
        <w:rPr>
          <w:noProof/>
        </w:rPr>
        <w:lastRenderedPageBreak/>
        <w:drawing>
          <wp:inline distT="0" distB="0" distL="0" distR="0" wp14:anchorId="47948014" wp14:editId="27025B6E">
            <wp:extent cx="9972040" cy="7056004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a0047b-0105-4616-b9de-4c51db9d4f1e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972040" cy="7056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E2F263" w14:textId="77777777" w:rsidR="008F4052" w:rsidRDefault="00000000">
      <w:r>
        <w:rPr>
          <w:noProof/>
        </w:rPr>
        <w:lastRenderedPageBreak/>
        <w:drawing>
          <wp:inline distT="0" distB="0" distL="0" distR="0" wp14:anchorId="207A4E79" wp14:editId="0F2144B0">
            <wp:extent cx="9972040" cy="7056004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a3cbc0c-096d-45d7-9876-574dfb1b0da5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972040" cy="7056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F4052" w:rsidSect="00034616">
      <w:pgSz w:w="16838" w:h="11906" w:orient="landscape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66229638">
    <w:abstractNumId w:val="8"/>
  </w:num>
  <w:num w:numId="2" w16cid:durableId="609095723">
    <w:abstractNumId w:val="6"/>
  </w:num>
  <w:num w:numId="3" w16cid:durableId="1236666742">
    <w:abstractNumId w:val="5"/>
  </w:num>
  <w:num w:numId="4" w16cid:durableId="2036497500">
    <w:abstractNumId w:val="4"/>
  </w:num>
  <w:num w:numId="5" w16cid:durableId="2040467099">
    <w:abstractNumId w:val="7"/>
  </w:num>
  <w:num w:numId="6" w16cid:durableId="646394667">
    <w:abstractNumId w:val="3"/>
  </w:num>
  <w:num w:numId="7" w16cid:durableId="1504054130">
    <w:abstractNumId w:val="2"/>
  </w:num>
  <w:num w:numId="8" w16cid:durableId="376465908">
    <w:abstractNumId w:val="1"/>
  </w:num>
  <w:num w:numId="9" w16cid:durableId="18242791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B6106"/>
    <w:rsid w:val="008F4052"/>
    <w:rsid w:val="00AA1D8D"/>
    <w:rsid w:val="00B47730"/>
    <w:rsid w:val="00CB0664"/>
    <w:rsid w:val="00CE629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FDF0BF"/>
  <w14:defaultImageDpi w14:val="300"/>
  <w15:docId w15:val="{D09CDEDF-4E27-4091-98D0-0FE18ED5F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C693F"/>
  </w:style>
  <w:style w:type="paragraph" w:styleId="Kop1">
    <w:name w:val="heading 1"/>
    <w:basedOn w:val="Standaard"/>
    <w:next w:val="Standaard"/>
    <w:link w:val="Kop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618BF"/>
  </w:style>
  <w:style w:type="paragraph" w:styleId="Voettekst">
    <w:name w:val="footer"/>
    <w:basedOn w:val="Standaard"/>
    <w:link w:val="Voet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618BF"/>
  </w:style>
  <w:style w:type="paragraph" w:styleId="Ge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ard"/>
    <w:next w:val="Standaard"/>
    <w:link w:val="Tite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jstalinea">
    <w:name w:val="List Paragraph"/>
    <w:basedOn w:val="Standaard"/>
    <w:uiPriority w:val="34"/>
    <w:qFormat/>
    <w:rsid w:val="00FC693F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99"/>
    <w:unhideWhenUsed/>
    <w:rsid w:val="00AA1D8D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rsid w:val="00AA1D8D"/>
  </w:style>
  <w:style w:type="paragraph" w:styleId="Plattetekst2">
    <w:name w:val="Body Text 2"/>
    <w:basedOn w:val="Standaard"/>
    <w:link w:val="Plattetekst2Char"/>
    <w:uiPriority w:val="99"/>
    <w:unhideWhenUsed/>
    <w:rsid w:val="00AA1D8D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rsid w:val="00AA1D8D"/>
  </w:style>
  <w:style w:type="paragraph" w:styleId="Plattetekst3">
    <w:name w:val="Body Text 3"/>
    <w:basedOn w:val="Standaard"/>
    <w:link w:val="Platteteks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AA1D8D"/>
    <w:rPr>
      <w:sz w:val="16"/>
      <w:szCs w:val="16"/>
    </w:rPr>
  </w:style>
  <w:style w:type="paragraph" w:styleId="Lijst">
    <w:name w:val="List"/>
    <w:basedOn w:val="Standaard"/>
    <w:uiPriority w:val="99"/>
    <w:unhideWhenUsed/>
    <w:rsid w:val="00AA1D8D"/>
    <w:pPr>
      <w:ind w:left="360" w:hanging="360"/>
      <w:contextualSpacing/>
    </w:pPr>
  </w:style>
  <w:style w:type="paragraph" w:styleId="Lijst2">
    <w:name w:val="List 2"/>
    <w:basedOn w:val="Standaard"/>
    <w:uiPriority w:val="99"/>
    <w:unhideWhenUsed/>
    <w:rsid w:val="00326F90"/>
    <w:pPr>
      <w:ind w:left="720" w:hanging="360"/>
      <w:contextualSpacing/>
    </w:pPr>
  </w:style>
  <w:style w:type="paragraph" w:styleId="Lijst3">
    <w:name w:val="List 3"/>
    <w:basedOn w:val="Standaard"/>
    <w:uiPriority w:val="99"/>
    <w:unhideWhenUsed/>
    <w:rsid w:val="00326F90"/>
    <w:pPr>
      <w:ind w:left="1080" w:hanging="360"/>
      <w:contextualSpacing/>
    </w:pPr>
  </w:style>
  <w:style w:type="paragraph" w:styleId="Lijstopsomteken">
    <w:name w:val="List Bullet"/>
    <w:basedOn w:val="Standaard"/>
    <w:uiPriority w:val="99"/>
    <w:unhideWhenUsed/>
    <w:rsid w:val="00326F90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326F90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326F90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unhideWhenUsed/>
    <w:rsid w:val="00326F90"/>
    <w:pPr>
      <w:numPr>
        <w:numId w:val="5"/>
      </w:numPr>
      <w:contextualSpacing/>
    </w:pPr>
  </w:style>
  <w:style w:type="paragraph" w:styleId="Lijstnummering2">
    <w:name w:val="List Number 2"/>
    <w:basedOn w:val="Standaard"/>
    <w:uiPriority w:val="99"/>
    <w:unhideWhenUsed/>
    <w:rsid w:val="0029639D"/>
    <w:pPr>
      <w:numPr>
        <w:numId w:val="6"/>
      </w:numPr>
      <w:contextualSpacing/>
    </w:pPr>
  </w:style>
  <w:style w:type="paragraph" w:styleId="Lijstnummering3">
    <w:name w:val="List Number 3"/>
    <w:basedOn w:val="Standaard"/>
    <w:uiPriority w:val="99"/>
    <w:unhideWhenUsed/>
    <w:rsid w:val="0029639D"/>
    <w:pPr>
      <w:numPr>
        <w:numId w:val="7"/>
      </w:numPr>
      <w:contextualSpacing/>
    </w:pPr>
  </w:style>
  <w:style w:type="paragraph" w:styleId="Lijstvoortzetting">
    <w:name w:val="List Continue"/>
    <w:basedOn w:val="Standaard"/>
    <w:uiPriority w:val="99"/>
    <w:unhideWhenUsed/>
    <w:rsid w:val="0029639D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unhideWhenUsed/>
    <w:rsid w:val="0029639D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unhideWhenUsed/>
    <w:rsid w:val="0029639D"/>
    <w:pPr>
      <w:spacing w:after="120"/>
      <w:ind w:left="1080"/>
      <w:contextualSpacing/>
    </w:pPr>
  </w:style>
  <w:style w:type="paragraph" w:styleId="Macrotekst">
    <w:name w:val="macro"/>
    <w:link w:val="Macroteks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rsid w:val="0029639D"/>
    <w:rPr>
      <w:rFonts w:ascii="Courier" w:hAnsi="Courier"/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FC693F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FC693F"/>
    <w:rPr>
      <w:i/>
      <w:iCs/>
      <w:color w:val="000000" w:themeColor="text1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FC693F"/>
    <w:rPr>
      <w:b/>
      <w:bCs/>
    </w:rPr>
  </w:style>
  <w:style w:type="character" w:styleId="Nadruk">
    <w:name w:val="Emphasis"/>
    <w:basedOn w:val="Standaardalinea-lettertype"/>
    <w:uiPriority w:val="20"/>
    <w:qFormat/>
    <w:rsid w:val="00FC693F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C693F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FC693F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FC693F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FC693F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C693F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C693F"/>
    <w:pPr>
      <w:outlineLvl w:val="9"/>
    </w:pPr>
  </w:style>
  <w:style w:type="table" w:styleId="Tabelraster">
    <w:name w:val="Table Grid"/>
    <w:basedOn w:val="Standaard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arcering">
    <w:name w:val="Light Shading"/>
    <w:basedOn w:val="Standaard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chtraster">
    <w:name w:val="Light Grid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Gemiddeldearcering1">
    <w:name w:val="Medium Shading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1">
    <w:name w:val="Medium Grid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onkerelijst">
    <w:name w:val="Dark List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leurrijkearcering">
    <w:name w:val="Colorful Shading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raster">
    <w:name w:val="Colorful Grid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Simone Nieuwhuis</cp:lastModifiedBy>
  <cp:revision>2</cp:revision>
  <dcterms:created xsi:type="dcterms:W3CDTF">2013-12-23T23:15:00Z</dcterms:created>
  <dcterms:modified xsi:type="dcterms:W3CDTF">2026-05-31T11:21:00Z</dcterms:modified>
  <cp:category/>
</cp:coreProperties>
</file>